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4CCD" w14:textId="77777777" w:rsidR="00A70127" w:rsidRPr="003D1E6D" w:rsidRDefault="00000000">
      <w:pPr>
        <w:pStyle w:val="Naslov"/>
        <w:rPr>
          <w:lang w:val="hr-HR"/>
        </w:rPr>
      </w:pPr>
      <w:r w:rsidRPr="003D1E6D">
        <w:rPr>
          <w:lang w:val="hr-HR"/>
        </w:rPr>
        <w:t>Prijedlog za dodjelu javnog priznanja</w:t>
      </w:r>
    </w:p>
    <w:p w14:paraId="6E1F21A5" w14:textId="77777777" w:rsidR="00A70127" w:rsidRPr="003D1E6D" w:rsidRDefault="00000000">
      <w:pPr>
        <w:rPr>
          <w:lang w:val="hr-HR"/>
        </w:rPr>
      </w:pPr>
      <w:r w:rsidRPr="003D1E6D">
        <w:rPr>
          <w:b/>
          <w:sz w:val="22"/>
          <w:lang w:val="hr-HR"/>
        </w:rPr>
        <w:t>Općine Kumrovec za 2026. godinu</w:t>
      </w:r>
    </w:p>
    <w:p w14:paraId="7B44635C" w14:textId="77777777" w:rsidR="003D1E6D" w:rsidRDefault="003D1E6D">
      <w:pPr>
        <w:rPr>
          <w:lang w:val="hr-HR"/>
        </w:rPr>
      </w:pPr>
    </w:p>
    <w:p w14:paraId="3B5ABA97" w14:textId="6A16799D" w:rsidR="00A70127" w:rsidRPr="003D1E6D" w:rsidRDefault="00000000">
      <w:pPr>
        <w:rPr>
          <w:lang w:val="hr-HR"/>
        </w:rPr>
      </w:pPr>
      <w:r w:rsidRPr="003D1E6D">
        <w:rPr>
          <w:lang w:val="hr-HR"/>
        </w:rPr>
        <w:t>Predlažem dodjelu javnog priznanja sljedećoj osobi ili organizaciji.</w:t>
      </w:r>
    </w:p>
    <w:p w14:paraId="22B5123E" w14:textId="77777777" w:rsidR="00A70127" w:rsidRPr="003D1E6D" w:rsidRDefault="00000000">
      <w:pPr>
        <w:keepNext/>
        <w:spacing w:before="160"/>
        <w:rPr>
          <w:lang w:val="hr-HR"/>
        </w:rPr>
      </w:pPr>
      <w:r w:rsidRPr="003D1E6D">
        <w:rPr>
          <w:b/>
          <w:sz w:val="21"/>
          <w:lang w:val="hr-HR"/>
        </w:rPr>
        <w:t>1  Podaci o predlagatelju</w:t>
      </w:r>
    </w:p>
    <w:p w14:paraId="178990C5" w14:textId="77777777" w:rsidR="00A70127" w:rsidRPr="003D1E6D" w:rsidRDefault="00000000">
      <w:pPr>
        <w:rPr>
          <w:lang w:val="hr-HR"/>
        </w:rPr>
      </w:pPr>
      <w:r w:rsidRPr="003D1E6D">
        <w:rPr>
          <w:lang w:val="hr-HR"/>
        </w:rPr>
        <w:t>Ime i prezime / naziv ustanove, pravne osobe ili grupe građana:</w:t>
      </w:r>
    </w:p>
    <w:p w14:paraId="13838A8B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3866BA15" w14:textId="77777777" w:rsidR="00A70127" w:rsidRPr="003D1E6D" w:rsidRDefault="00000000">
      <w:pPr>
        <w:rPr>
          <w:lang w:val="hr-HR"/>
        </w:rPr>
      </w:pPr>
      <w:r w:rsidRPr="003D1E6D">
        <w:rPr>
          <w:lang w:val="hr-HR"/>
        </w:rPr>
        <w:t>Adresa: _____________________________________________________________________</w:t>
      </w:r>
    </w:p>
    <w:p w14:paraId="57FD8B53" w14:textId="77777777" w:rsidR="00A70127" w:rsidRPr="003D1E6D" w:rsidRDefault="00000000">
      <w:pPr>
        <w:rPr>
          <w:lang w:val="hr-HR"/>
        </w:rPr>
      </w:pPr>
      <w:r w:rsidRPr="003D1E6D">
        <w:rPr>
          <w:lang w:val="hr-HR"/>
        </w:rPr>
        <w:t>Kontakt osoba (za ustanovu, pravnu osobu ili grupu građana): _________________________</w:t>
      </w:r>
    </w:p>
    <w:p w14:paraId="34D6C4DF" w14:textId="77777777" w:rsidR="00A70127" w:rsidRPr="003D1E6D" w:rsidRDefault="00000000">
      <w:pPr>
        <w:rPr>
          <w:lang w:val="hr-HR"/>
        </w:rPr>
      </w:pPr>
      <w:r w:rsidRPr="003D1E6D">
        <w:rPr>
          <w:lang w:val="hr-HR"/>
        </w:rPr>
        <w:t>Telefon ili e-pošta: _____________________________________________________________</w:t>
      </w:r>
    </w:p>
    <w:p w14:paraId="2E4B710F" w14:textId="77777777" w:rsidR="00A70127" w:rsidRPr="003D1E6D" w:rsidRDefault="00000000">
      <w:pPr>
        <w:keepNext/>
        <w:spacing w:before="160"/>
        <w:rPr>
          <w:lang w:val="hr-HR"/>
        </w:rPr>
      </w:pPr>
      <w:r w:rsidRPr="003D1E6D">
        <w:rPr>
          <w:b/>
          <w:sz w:val="21"/>
          <w:lang w:val="hr-HR"/>
        </w:rPr>
        <w:t>2  Podaci o kandidatu</w:t>
      </w:r>
    </w:p>
    <w:p w14:paraId="1F3D2252" w14:textId="77777777" w:rsidR="00A70127" w:rsidRPr="003D1E6D" w:rsidRDefault="00000000">
      <w:pPr>
        <w:rPr>
          <w:lang w:val="hr-HR"/>
        </w:rPr>
      </w:pPr>
      <w:r w:rsidRPr="003D1E6D">
        <w:rPr>
          <w:lang w:val="hr-HR"/>
        </w:rPr>
        <w:t>Ime i prezime osobe / naziv organizacije koja se predlaže:</w:t>
      </w:r>
    </w:p>
    <w:p w14:paraId="075A5D6A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30BE52C6" w14:textId="77777777" w:rsidR="00A70127" w:rsidRPr="003D1E6D" w:rsidRDefault="00000000">
      <w:pPr>
        <w:keepNext/>
        <w:spacing w:before="160"/>
        <w:rPr>
          <w:lang w:val="hr-HR"/>
        </w:rPr>
      </w:pPr>
      <w:r w:rsidRPr="003D1E6D">
        <w:rPr>
          <w:b/>
          <w:sz w:val="21"/>
          <w:lang w:val="hr-HR"/>
        </w:rPr>
        <w:t>3  Vrsta javnog priznanja</w:t>
      </w:r>
    </w:p>
    <w:p w14:paraId="107A304D" w14:textId="77777777" w:rsidR="00A70127" w:rsidRPr="003D1E6D" w:rsidRDefault="00000000">
      <w:pPr>
        <w:rPr>
          <w:lang w:val="hr-HR"/>
        </w:rPr>
      </w:pPr>
      <w:r w:rsidRPr="003D1E6D">
        <w:rPr>
          <w:sz w:val="18"/>
          <w:lang w:val="hr-HR"/>
        </w:rPr>
        <w:t>Označite jedno priznanje za koje podnosite prijedlog.</w:t>
      </w:r>
    </w:p>
    <w:p w14:paraId="3A9BC08E" w14:textId="77777777" w:rsidR="00A70127" w:rsidRPr="003D1E6D" w:rsidRDefault="00000000">
      <w:pPr>
        <w:spacing w:after="60"/>
        <w:rPr>
          <w:lang w:val="hr-HR"/>
        </w:rPr>
      </w:pPr>
      <w:r w:rsidRPr="003D1E6D">
        <w:rPr>
          <w:lang w:val="hr-HR"/>
        </w:rPr>
        <w:t>☐  Počasni građanin Općine Kumrovec</w:t>
      </w:r>
    </w:p>
    <w:p w14:paraId="0436E57A" w14:textId="77777777" w:rsidR="00A70127" w:rsidRPr="003D1E6D" w:rsidRDefault="00000000">
      <w:pPr>
        <w:spacing w:after="60"/>
        <w:rPr>
          <w:lang w:val="hr-HR"/>
        </w:rPr>
      </w:pPr>
      <w:r w:rsidRPr="003D1E6D">
        <w:rPr>
          <w:lang w:val="hr-HR"/>
        </w:rPr>
        <w:t>☐  Nagrada za životno djelo fizičkoj i/ili pravnoj osobi</w:t>
      </w:r>
    </w:p>
    <w:p w14:paraId="490E1D49" w14:textId="77777777" w:rsidR="00A70127" w:rsidRPr="003D1E6D" w:rsidRDefault="00000000">
      <w:pPr>
        <w:spacing w:after="60"/>
        <w:rPr>
          <w:lang w:val="hr-HR"/>
        </w:rPr>
      </w:pPr>
      <w:r w:rsidRPr="003D1E6D">
        <w:rPr>
          <w:lang w:val="hr-HR"/>
        </w:rPr>
        <w:t>☐  Plaketa za iznimna postignuća i doprinos Općini Kumrovec</w:t>
      </w:r>
    </w:p>
    <w:p w14:paraId="3D865A8D" w14:textId="77777777" w:rsidR="00A70127" w:rsidRPr="003D1E6D" w:rsidRDefault="00000000">
      <w:pPr>
        <w:spacing w:after="60"/>
        <w:rPr>
          <w:lang w:val="hr-HR"/>
        </w:rPr>
      </w:pPr>
      <w:r w:rsidRPr="003D1E6D">
        <w:rPr>
          <w:lang w:val="hr-HR"/>
        </w:rPr>
        <w:t>☐  Priznanje fizičkim i pravnim osobama</w:t>
      </w:r>
    </w:p>
    <w:p w14:paraId="664CB5AD" w14:textId="77777777" w:rsidR="00A70127" w:rsidRPr="003D1E6D" w:rsidRDefault="00000000">
      <w:pPr>
        <w:spacing w:after="60"/>
        <w:rPr>
          <w:lang w:val="hr-HR"/>
        </w:rPr>
      </w:pPr>
      <w:r w:rsidRPr="003D1E6D">
        <w:rPr>
          <w:lang w:val="hr-HR"/>
        </w:rPr>
        <w:t>☐  Zahvalnice fizičkim i pravnim osobama</w:t>
      </w:r>
    </w:p>
    <w:p w14:paraId="27E2A19D" w14:textId="77777777" w:rsidR="00A70127" w:rsidRPr="003D1E6D" w:rsidRDefault="00000000">
      <w:pPr>
        <w:keepNext/>
        <w:spacing w:before="160"/>
        <w:rPr>
          <w:lang w:val="hr-HR"/>
        </w:rPr>
      </w:pPr>
      <w:r w:rsidRPr="003D1E6D">
        <w:rPr>
          <w:b/>
          <w:sz w:val="21"/>
          <w:lang w:val="hr-HR"/>
        </w:rPr>
        <w:t>4  Kratko obrazloženje prijedloga</w:t>
      </w:r>
    </w:p>
    <w:p w14:paraId="3C5ECFDD" w14:textId="77777777" w:rsidR="00A70127" w:rsidRPr="003D1E6D" w:rsidRDefault="00000000">
      <w:pPr>
        <w:rPr>
          <w:lang w:val="hr-HR"/>
        </w:rPr>
      </w:pPr>
      <w:r w:rsidRPr="003D1E6D">
        <w:rPr>
          <w:sz w:val="18"/>
          <w:lang w:val="hr-HR"/>
        </w:rPr>
        <w:t>Navedite postignuća i doprinos kandidata razvitku i ugledu Općine Kumrovec.</w:t>
      </w:r>
    </w:p>
    <w:p w14:paraId="1C59243C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22CFC832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183FFB10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698F4092" w14:textId="77777777" w:rsidR="00A70127" w:rsidRPr="003D1E6D" w:rsidRDefault="00000000">
      <w:pPr>
        <w:spacing w:after="80" w:line="320" w:lineRule="exact"/>
        <w:rPr>
          <w:lang w:val="hr-HR"/>
        </w:rPr>
      </w:pPr>
      <w:r w:rsidRPr="003D1E6D">
        <w:rPr>
          <w:lang w:val="hr-HR"/>
        </w:rPr>
        <w:t>________________________________________________________________________________</w:t>
      </w:r>
    </w:p>
    <w:p w14:paraId="37ACFDE0" w14:textId="77777777" w:rsidR="00A70127" w:rsidRDefault="00000000">
      <w:pPr>
        <w:rPr>
          <w:sz w:val="18"/>
          <w:lang w:val="hr-HR"/>
        </w:rPr>
      </w:pPr>
      <w:r w:rsidRPr="003D1E6D">
        <w:rPr>
          <w:sz w:val="18"/>
          <w:lang w:val="hr-HR"/>
        </w:rPr>
        <w:t>Po potrebi obrazloženje nastavite na zasebnom listu.</w:t>
      </w:r>
    </w:p>
    <w:p w14:paraId="64F3E7F7" w14:textId="77777777" w:rsidR="003D1E6D" w:rsidRPr="003D1E6D" w:rsidRDefault="003D1E6D">
      <w:pPr>
        <w:rPr>
          <w:lang w:val="hr-HR"/>
        </w:rPr>
      </w:pPr>
    </w:p>
    <w:p w14:paraId="0294563E" w14:textId="77777777" w:rsidR="00A70127" w:rsidRPr="003D1E6D" w:rsidRDefault="00000000">
      <w:pPr>
        <w:keepNext/>
        <w:spacing w:before="160"/>
        <w:rPr>
          <w:lang w:val="hr-HR"/>
        </w:rPr>
      </w:pPr>
      <w:r w:rsidRPr="003D1E6D">
        <w:rPr>
          <w:b/>
          <w:sz w:val="21"/>
          <w:lang w:val="hr-HR"/>
        </w:rPr>
        <w:t>5  Podnošenje prijedloga</w:t>
      </w:r>
    </w:p>
    <w:p w14:paraId="0FBD302A" w14:textId="693E29EA" w:rsidR="00A70127" w:rsidRPr="003D1E6D" w:rsidRDefault="00000000">
      <w:pPr>
        <w:rPr>
          <w:lang w:val="hr-HR"/>
        </w:rPr>
      </w:pPr>
      <w:r w:rsidRPr="003D1E6D">
        <w:rPr>
          <w:lang w:val="hr-HR"/>
        </w:rPr>
        <w:t xml:space="preserve">Mjesto i datum: ____________________    </w:t>
      </w:r>
      <w:r w:rsidR="003D1E6D">
        <w:rPr>
          <w:lang w:val="hr-HR"/>
        </w:rPr>
        <w:t xml:space="preserve">                             </w:t>
      </w:r>
      <w:r w:rsidRPr="003D1E6D">
        <w:rPr>
          <w:lang w:val="hr-HR"/>
        </w:rPr>
        <w:t>Potpis predlagatelja / ovlaštene osobe:</w:t>
      </w:r>
    </w:p>
    <w:p w14:paraId="67ED721B" w14:textId="0D7C9A56" w:rsidR="00A70127" w:rsidRPr="003D1E6D" w:rsidRDefault="00000000">
      <w:pPr>
        <w:rPr>
          <w:lang w:val="hr-HR"/>
        </w:rPr>
      </w:pPr>
      <w:r w:rsidRPr="003D1E6D">
        <w:rPr>
          <w:lang w:val="hr-HR"/>
        </w:rPr>
        <w:t xml:space="preserve">                                                                      </w:t>
      </w:r>
      <w:r w:rsidR="003D1E6D">
        <w:rPr>
          <w:lang w:val="hr-HR"/>
        </w:rPr>
        <w:t xml:space="preserve">                         </w:t>
      </w:r>
      <w:r w:rsidRPr="003D1E6D">
        <w:rPr>
          <w:lang w:val="hr-HR"/>
        </w:rPr>
        <w:t>__________________________________</w:t>
      </w:r>
    </w:p>
    <w:p w14:paraId="399AF3E3" w14:textId="77777777" w:rsidR="003D1E6D" w:rsidRDefault="003D1E6D">
      <w:pPr>
        <w:spacing w:before="140"/>
        <w:rPr>
          <w:sz w:val="18"/>
          <w:lang w:val="hr-HR"/>
        </w:rPr>
      </w:pPr>
    </w:p>
    <w:p w14:paraId="5DC6DA05" w14:textId="77777777" w:rsidR="003D1E6D" w:rsidRDefault="003D1E6D">
      <w:pPr>
        <w:spacing w:before="140"/>
        <w:rPr>
          <w:sz w:val="18"/>
          <w:lang w:val="hr-HR"/>
        </w:rPr>
      </w:pPr>
    </w:p>
    <w:p w14:paraId="0E212CB1" w14:textId="77777777" w:rsidR="003D1E6D" w:rsidRDefault="003D1E6D">
      <w:pPr>
        <w:spacing w:before="140"/>
        <w:rPr>
          <w:sz w:val="18"/>
          <w:lang w:val="hr-HR"/>
        </w:rPr>
      </w:pPr>
    </w:p>
    <w:p w14:paraId="35FD32BB" w14:textId="77777777" w:rsidR="003D1E6D" w:rsidRDefault="003D1E6D">
      <w:pPr>
        <w:spacing w:before="140"/>
        <w:rPr>
          <w:sz w:val="18"/>
          <w:lang w:val="hr-HR"/>
        </w:rPr>
      </w:pPr>
    </w:p>
    <w:p w14:paraId="28EAED14" w14:textId="77777777" w:rsidR="003D1E6D" w:rsidRDefault="003D1E6D">
      <w:pPr>
        <w:spacing w:before="140"/>
        <w:rPr>
          <w:sz w:val="18"/>
          <w:lang w:val="hr-HR"/>
        </w:rPr>
      </w:pPr>
    </w:p>
    <w:p w14:paraId="2CACBC0B" w14:textId="77777777" w:rsidR="003D1E6D" w:rsidRDefault="003D1E6D">
      <w:pPr>
        <w:spacing w:before="140"/>
        <w:rPr>
          <w:sz w:val="18"/>
          <w:lang w:val="hr-HR"/>
        </w:rPr>
      </w:pPr>
    </w:p>
    <w:sectPr w:rsidR="003D1E6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35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8D94" w14:textId="77777777" w:rsidR="00324D1B" w:rsidRDefault="00324D1B" w:rsidP="003D1E6D">
      <w:pPr>
        <w:spacing w:after="0" w:line="240" w:lineRule="auto"/>
      </w:pPr>
      <w:r>
        <w:separator/>
      </w:r>
    </w:p>
  </w:endnote>
  <w:endnote w:type="continuationSeparator" w:id="0">
    <w:p w14:paraId="57793F82" w14:textId="77777777" w:rsidR="00324D1B" w:rsidRDefault="00324D1B" w:rsidP="003D1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1BAA" w14:textId="77777777" w:rsidR="00957746" w:rsidRDefault="0095774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9FD8B" w14:textId="413436FA" w:rsidR="003D1E6D" w:rsidRPr="003D1E6D" w:rsidRDefault="003D1E6D" w:rsidP="003D1E6D">
    <w:pPr>
      <w:spacing w:before="140"/>
      <w:rPr>
        <w:lang w:val="hr-HR"/>
      </w:rPr>
    </w:pPr>
    <w:r w:rsidRPr="003D1E6D">
      <w:rPr>
        <w:sz w:val="18"/>
        <w:lang w:val="hr-HR"/>
      </w:rPr>
      <w:t xml:space="preserve">Prijedlog dostaviti zaključno sa </w:t>
    </w:r>
    <w:r w:rsidR="00957746">
      <w:rPr>
        <w:sz w:val="18"/>
        <w:lang w:val="hr-HR"/>
      </w:rPr>
      <w:t>9</w:t>
    </w:r>
    <w:r w:rsidRPr="003D1E6D">
      <w:rPr>
        <w:sz w:val="18"/>
        <w:lang w:val="hr-HR"/>
      </w:rPr>
      <w:t>. studenoga 2026. do 15:00 sati u zatvorenoj omotnici na adresu: Općina Kumrovec, Ulica Josipa Broza 12, 49295 Kumrovec, s naznakom „za dodjelu javnih priznanja”.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20B3" w14:textId="77777777" w:rsidR="00957746" w:rsidRDefault="009577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F5192" w14:textId="77777777" w:rsidR="00324D1B" w:rsidRDefault="00324D1B" w:rsidP="003D1E6D">
      <w:pPr>
        <w:spacing w:after="0" w:line="240" w:lineRule="auto"/>
      </w:pPr>
      <w:r>
        <w:separator/>
      </w:r>
    </w:p>
  </w:footnote>
  <w:footnote w:type="continuationSeparator" w:id="0">
    <w:p w14:paraId="7F1A89FD" w14:textId="77777777" w:rsidR="00324D1B" w:rsidRDefault="00324D1B" w:rsidP="003D1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6A1F" w14:textId="77777777" w:rsidR="00957746" w:rsidRDefault="0095774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56A1" w14:textId="77777777" w:rsidR="00957746" w:rsidRDefault="0095774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24B1" w14:textId="77777777" w:rsidR="00957746" w:rsidRDefault="0095774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3030176">
    <w:abstractNumId w:val="8"/>
  </w:num>
  <w:num w:numId="2" w16cid:durableId="1571426891">
    <w:abstractNumId w:val="6"/>
  </w:num>
  <w:num w:numId="3" w16cid:durableId="73093275">
    <w:abstractNumId w:val="5"/>
  </w:num>
  <w:num w:numId="4" w16cid:durableId="1196234187">
    <w:abstractNumId w:val="4"/>
  </w:num>
  <w:num w:numId="5" w16cid:durableId="459230280">
    <w:abstractNumId w:val="7"/>
  </w:num>
  <w:num w:numId="6" w16cid:durableId="830679154">
    <w:abstractNumId w:val="3"/>
  </w:num>
  <w:num w:numId="7" w16cid:durableId="2043239634">
    <w:abstractNumId w:val="2"/>
  </w:num>
  <w:num w:numId="8" w16cid:durableId="478574073">
    <w:abstractNumId w:val="1"/>
  </w:num>
  <w:num w:numId="9" w16cid:durableId="42194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18A"/>
    <w:rsid w:val="0029639D"/>
    <w:rsid w:val="00324D1B"/>
    <w:rsid w:val="00326F90"/>
    <w:rsid w:val="003D1E6D"/>
    <w:rsid w:val="005207C8"/>
    <w:rsid w:val="005474F9"/>
    <w:rsid w:val="00957746"/>
    <w:rsid w:val="00A00614"/>
    <w:rsid w:val="00A70127"/>
    <w:rsid w:val="00AA1D8D"/>
    <w:rsid w:val="00B47730"/>
    <w:rsid w:val="00C605E1"/>
    <w:rsid w:val="00CB0664"/>
    <w:rsid w:val="00FC41FA"/>
    <w:rsid w:val="00FC693F"/>
    <w:rsid w:val="00FE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219220"/>
  <w14:defaultImageDpi w14:val="300"/>
  <w15:docId w15:val="{D8BADF2B-7C36-4FFE-BBED-BDD47182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za dodjelu javnog priznanja Općine Kumrovec za 2026. godinu</dc:title>
  <dc:subject>Obrazac prijedloga</dc:subject>
  <dc:creator>Općina Kumrovec</dc:creator>
  <cp:keywords/>
  <dc:description>generated by python-docx</dc:description>
  <cp:lastModifiedBy>Općina Kumrovec</cp:lastModifiedBy>
  <cp:revision>4</cp:revision>
  <dcterms:created xsi:type="dcterms:W3CDTF">2026-10-28T06:40:00Z</dcterms:created>
  <dcterms:modified xsi:type="dcterms:W3CDTF">2026-11-02T11:37:00Z</dcterms:modified>
  <cp:category/>
</cp:coreProperties>
</file>